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 w:eastAsia="Arial"/>
          <w:b/>
          <w:color w:val="C1121F"/>
          <w:sz w:val="40"/>
        </w:rPr>
        <w:t>ОПРОСНЫЙ ЛИСТ</w:t>
      </w:r>
    </w:p>
    <w:p>
      <w:pPr>
        <w:spacing w:after="160"/>
        <w:jc w:val="center"/>
      </w:pPr>
      <w:r>
        <w:rPr>
          <w:rFonts w:ascii="Arial" w:hAnsi="Arial" w:eastAsia="Arial"/>
          <w:b/>
          <w:color w:val="20324A"/>
          <w:sz w:val="24"/>
        </w:rPr>
        <w:t>на изготовление ВЧ трансформатора, дросселя или катушки индуктивности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FFF1F2"/>
            <w:tcBorders>
              <w:top w:val="single" w:sz="8" w:space="0" w:color="F3C2C7"/>
              <w:left w:val="single" w:sz="8" w:space="0" w:color="F3C2C7"/>
              <w:bottom w:val="single" w:sz="8" w:space="0" w:color="F3C2C7"/>
              <w:right w:val="single" w:sz="8" w:space="0" w:color="F3C2C7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Заполните известные параметры. Если полного ТЗ нет, можно приложить фото изделия, схему, чертёж, маркировку, импортный аналог или описание задачи. Поля, которые неизвестны, можно оставить пустыми.</w:t>
            </w:r>
          </w:p>
        </w:tc>
      </w:tr>
    </w:tbl>
    <w:p>
      <w:pPr>
        <w:spacing w:after="4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1. Данные заказчика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Компания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Заполнить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Контактное лицо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Заполнить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Телефон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+7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E-mail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Заполнить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Город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Заполнить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Дата заполнения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____ . ____ . 20____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2. Задача и стадия проекта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Краткое описание задачи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Указать назначение изделия и проблему, которую нужно решить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Где будет применяться изделие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ИИП, DC/DC, инвертор, зарядное устройство, ИБП, фильтр, другое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Что требуется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Новый расчёт / повторить образец / заменить импортный аналог / доработать существующее изделие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Нужное количество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1 образец / малая партия / серия / ориентировочно ______ шт.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Желаемый срок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Указать, если есть ограничение по срокам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3. Тип изделия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ВЧ трансформатор</w:t>
            </w:r>
          </w:p>
        </w:tc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Импульсный трансформатор</w:t>
            </w:r>
          </w:p>
        </w:tc>
      </w:tr>
      <w:tr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Высокочастотный дроссель</w:t>
            </w:r>
          </w:p>
        </w:tc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Катушка индуктивности</w:t>
            </w:r>
          </w:p>
        </w:tc>
      </w:tr>
      <w:tr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Моточное изделие по образцу</w:t>
            </w:r>
          </w:p>
        </w:tc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Другое: ___________________________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4. Электрические параметры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Рабочая частота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________ кГц / Гц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Диапазон входного напряжения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Uвх min / nom / max: __________________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Выходное напряжение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Uвых: __________________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Выходной ток / ток нагрузки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Iвых: __________________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Мощность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P: ______ Вт / кВт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Требуемая индуктивность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L: ______ мкГн / мГн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Допустимый разброс индуктивности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± ______ %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Ток насыщения, если важен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Isat: ______ А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Сопротивление обмоток, если задано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Rdc: __________________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КПД / потери / нагрев, если задано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Указать требования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5. Схема и режим работы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Топология преобразователя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Flyback / Forward / Push-pull / Half-bridge / Full-bridge / LLC / другое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Форма сигнала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Прямоугольная / синус / импульсная / другое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Коэффициент заполнения / duty cycle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Указать, если известно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Режим работы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Непрерывный / периодический / импульсный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Схема включения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Приложить схему или указать описание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6. Конструкция и материалы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Тип сердечника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EE / ETD / EFD / PQ / RM / тор / кольцо / неизвестно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Материал сердечника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Феррит / порошковый / другой / неизвестно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Габаритные ограничения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Длина × ширина × высота: __________________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Способ монтажа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На плату / проводами / клеммы / другое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Выводы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Количество, длина, расположение, маркировка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Провод / литцендрат / лента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Указать, если есть требование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Пропитка / компаундирование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Требуется / не требуется / уточнить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7. Условия эксплуатации и требования к изоляции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Температура эксплуатации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От ____ °C до ____ °C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Среда эксплуатации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Помещение / улица / транспорт / шкаф / другое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Охлаждение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Естественное / принудительное / другое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Влажность / вибрация / пыль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18"/>
              </w:rPr>
              <w:t>Указать требования, если есть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Испытательное напряжение изоляции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________ В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Требования по безопасности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Зазоры, creepage/clearance, класс изоляции, если известно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8. Что приложено к заявке</w:t>
      </w: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Отметьте приложенные материалы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Техническое задание</w:t>
            </w:r>
          </w:p>
        </w:tc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Схема электрическая</w:t>
            </w:r>
          </w:p>
        </w:tc>
      </w:tr>
      <w:tr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Чертёж</w:t>
            </w:r>
          </w:p>
        </w:tc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Фото изделия</w:t>
            </w:r>
          </w:p>
        </w:tc>
      </w:tr>
      <w:tr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Спецификация</w:t>
            </w:r>
          </w:p>
        </w:tc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Импортный аналог</w:t>
            </w:r>
          </w:p>
        </w:tc>
      </w:tr>
      <w:tr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Маркировка изделия</w:t>
            </w:r>
          </w:p>
        </w:tc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Образец изделия</w:t>
            </w:r>
          </w:p>
        </w:tc>
      </w:tr>
      <w:tr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Протокол испытаний</w:t>
            </w:r>
          </w:p>
        </w:tc>
        <w:tc>
          <w:tcPr>
            <w:tcW w:type="dxa" w:w="521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☐ Другое: ___________________________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9. Комментарии заказчика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/>
          <w:p>
            <w:pPr>
              <w:spacing w:after="6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20"/>
              </w:rPr>
              <w:t>________________________________________________________________________________</w:t>
            </w:r>
          </w:p>
          <w:p>
            <w:pPr>
              <w:spacing w:after="6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20"/>
              </w:rPr>
              <w:t>________________________________________________________________________________</w:t>
            </w:r>
          </w:p>
          <w:p>
            <w:pPr>
              <w:spacing w:after="6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20"/>
              </w:rPr>
              <w:t>________________________________________________________________________________</w:t>
            </w:r>
          </w:p>
          <w:p>
            <w:pPr>
              <w:spacing w:after="6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20"/>
              </w:rPr>
              <w:t>________________________________________________________________________________</w:t>
            </w:r>
          </w:p>
          <w:p>
            <w:pPr>
              <w:spacing w:after="6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20"/>
              </w:rPr>
              <w:t>________________________________________________________________________________</w:t>
            </w:r>
          </w:p>
          <w:p>
            <w:pPr>
              <w:spacing w:after="60" w:line="264" w:lineRule="auto"/>
            </w:pPr>
            <w:r>
              <w:rPr>
                <w:rFonts w:ascii="Arial" w:hAnsi="Arial" w:eastAsia="Arial"/>
                <w:b w:val="0"/>
                <w:color w:val="63758C"/>
                <w:sz w:val="20"/>
              </w:rPr>
              <w:t>________________________________________________________________________________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FFF1F2"/>
            <w:tcBorders>
              <w:top w:val="single" w:sz="8" w:space="0" w:color="F3C2C7"/>
              <w:left w:val="single" w:sz="8" w:space="0" w:color="F3C2C7"/>
              <w:bottom w:val="single" w:sz="8" w:space="0" w:color="F3C2C7"/>
              <w:right w:val="single" w:sz="8" w:space="0" w:color="F3C2C7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После заполнения отправьте опросный лист вместе с приложениями на sale@sibcontact.com или через форму заявки на сайте. Сроки и возможность изготовления определяются после изучения параметров изделия.</w:t>
            </w:r>
          </w:p>
        </w:tc>
      </w:tr>
    </w:tbl>
    <w:p>
      <w:pPr>
        <w:spacing w:after="40"/>
      </w:pPr>
    </w:p>
    <w:p>
      <w:pPr>
        <w:spacing w:before="160" w:after="120"/>
      </w:pPr>
      <w:r>
        <w:rPr>
          <w:rFonts w:ascii="Arial" w:hAnsi="Arial" w:eastAsia="Arial"/>
          <w:b/>
          <w:color w:val="20324A"/>
          <w:sz w:val="26"/>
        </w:rPr>
        <w:t>Контакты для отправки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Отдел продаж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8 800 500-14-30 · sale@sibcontact.com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Главный офис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+7 (383) 363-83-67 · info@sibcontact.com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Адрес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630047, г. Новосибирск, Магаданская, 2Б, а/я 141</w:t>
            </w:r>
          </w:p>
        </w:tc>
      </w:tr>
      <w:tr>
        <w:tc>
          <w:tcPr>
            <w:tcW w:type="dxa" w:w="3515"/>
            <w:shd w:fill="EDF5FC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/>
                <w:color w:val="20324A"/>
                <w:sz w:val="18"/>
              </w:rPr>
              <w:t>Время работы</w:t>
            </w:r>
          </w:p>
        </w:tc>
        <w:tc>
          <w:tcPr>
            <w:tcW w:type="dxa" w:w="5953"/>
            <w:vAlign w:val="top"/>
            <w:tcBorders>
              <w:top w:val="single" w:sz="8" w:space="0" w:color="DBE5EF"/>
              <w:left w:val="single" w:sz="8" w:space="0" w:color="DBE5EF"/>
              <w:bottom w:val="single" w:sz="8" w:space="0" w:color="DBE5EF"/>
              <w:right w:val="single" w:sz="8" w:space="0" w:color="DBE5EF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/>
          <w:p>
            <w:pPr>
              <w:spacing w:after="0" w:line="264" w:lineRule="auto"/>
            </w:pPr>
            <w:r>
              <w:rPr>
                <w:rFonts w:ascii="Arial" w:hAnsi="Arial" w:eastAsia="Arial"/>
                <w:b w:val="0"/>
                <w:color w:val="20324A"/>
                <w:sz w:val="18"/>
              </w:rPr>
              <w:t>Будние дни с 9:00 до 18:00</w:t>
            </w:r>
          </w:p>
        </w:tc>
      </w:tr>
    </w:tbl>
    <w:p>
      <w:pPr>
        <w:spacing w:after="8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794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63758C"/>
        <w:sz w:val="16"/>
      </w:rPr>
      <w:t>ООО «СибКонтакт» · 8 800 500-14-30 · sale@sibcontact.com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 w:eastAsia="Arial"/>
        <w:b/>
        <w:color w:val="C1121F"/>
        <w:sz w:val="30"/>
      </w:rPr>
      <w:t>СибКонтакт</w:t>
    </w:r>
    <w:r>
      <w:rPr>
        <w:rFonts w:ascii="Arial" w:hAnsi="Arial" w:eastAsia="Arial"/>
        <w:b w:val="0"/>
        <w:color w:val="20324A"/>
        <w:sz w:val="18"/>
      </w:rPr>
      <w:t xml:space="preserve">  |  Опросный лист для изготовления ВЧ моточных изделий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